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0978C" w14:textId="6C068182" w:rsidR="00206357" w:rsidRDefault="00206357" w:rsidP="00206357">
      <w:pPr>
        <w:spacing w:line="360" w:lineRule="auto"/>
        <w:ind w:left="-284" w:right="-143"/>
        <w:rPr>
          <w:rFonts w:ascii="Times New Roman" w:hAnsi="Times New Roman"/>
          <w:noProof/>
        </w:rPr>
      </w:pP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780FE415" wp14:editId="799F720D">
            <wp:extent cx="990600" cy="685800"/>
            <wp:effectExtent l="0" t="0" r="0" b="0"/>
            <wp:docPr id="19" name="Immagine 19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1#yIS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>
        <w:rPr>
          <w:noProof/>
        </w:rPr>
        <w:tab/>
      </w:r>
      <w:r>
        <w:rPr>
          <w:noProof/>
        </w:rPr>
        <w:drawing>
          <wp:inline distT="0" distB="0" distL="0" distR="0" wp14:anchorId="14ADFACF" wp14:editId="708B7B14">
            <wp:extent cx="586740" cy="403860"/>
            <wp:effectExtent l="0" t="0" r="3810" b="0"/>
            <wp:docPr id="18" name="Immagine 18" descr="P1#yIS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P1#yIS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  <w:t xml:space="preserve">              </w:t>
      </w:r>
      <w:r>
        <w:rPr>
          <w:noProof/>
        </w:rPr>
        <w:drawing>
          <wp:inline distT="0" distB="0" distL="0" distR="0" wp14:anchorId="717B905E" wp14:editId="5DA1DF29">
            <wp:extent cx="480060" cy="525780"/>
            <wp:effectExtent l="0" t="0" r="0" b="7620"/>
            <wp:docPr id="17" name="Immagine 17" descr="P1#yIS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P1#yIS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rPr>
          <w:noProof/>
        </w:rPr>
        <w:tab/>
        <w:t xml:space="preserve">   </w:t>
      </w:r>
      <w:r>
        <w:rPr>
          <w:noProof/>
        </w:rPr>
        <w:drawing>
          <wp:inline distT="0" distB="0" distL="0" distR="0" wp14:anchorId="2C5E56B1" wp14:editId="6FC4F45E">
            <wp:extent cx="1112520" cy="525780"/>
            <wp:effectExtent l="0" t="0" r="0" b="7620"/>
            <wp:docPr id="16" name="Immagine 16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P1#yIS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922EB" w14:textId="77777777" w:rsidR="00D55048" w:rsidRDefault="00D55048" w:rsidP="00D55048">
      <w:pPr>
        <w:spacing w:after="0" w:line="360" w:lineRule="auto"/>
        <w:ind w:right="4"/>
        <w:jc w:val="center"/>
        <w:rPr>
          <w:rFonts w:eastAsia="Times New Roman"/>
          <w:b/>
          <w:color w:val="0070C0"/>
          <w:sz w:val="36"/>
          <w:szCs w:val="28"/>
          <w:lang w:eastAsia="it-IT"/>
        </w:rPr>
      </w:pPr>
    </w:p>
    <w:p w14:paraId="4F52DF4A" w14:textId="65144E9F" w:rsidR="00D55048" w:rsidRDefault="00D55048" w:rsidP="00D55048">
      <w:pPr>
        <w:spacing w:after="0" w:line="360" w:lineRule="auto"/>
        <w:ind w:right="4"/>
        <w:jc w:val="center"/>
        <w:rPr>
          <w:rFonts w:eastAsia="Times New Roman"/>
          <w:b/>
          <w:color w:val="0070C0"/>
          <w:sz w:val="36"/>
          <w:szCs w:val="28"/>
          <w:lang w:eastAsia="it-IT"/>
        </w:rPr>
      </w:pPr>
      <w:proofErr w:type="spellStart"/>
      <w:r>
        <w:rPr>
          <w:rFonts w:eastAsia="Times New Roman"/>
          <w:b/>
          <w:color w:val="0070C0"/>
          <w:sz w:val="36"/>
          <w:szCs w:val="28"/>
          <w:lang w:eastAsia="it-IT"/>
        </w:rPr>
        <w:t>Ambito</w:t>
      </w:r>
      <w:proofErr w:type="spellEnd"/>
      <w:r>
        <w:rPr>
          <w:rFonts w:eastAsia="Times New Roman"/>
          <w:b/>
          <w:color w:val="0070C0"/>
          <w:sz w:val="36"/>
          <w:szCs w:val="28"/>
          <w:lang w:eastAsia="it-IT"/>
        </w:rPr>
        <w:t xml:space="preserve"> NA 19</w:t>
      </w:r>
    </w:p>
    <w:p w14:paraId="394CEFE7" w14:textId="77777777" w:rsidR="00D55048" w:rsidRDefault="00D55048" w:rsidP="00D55048">
      <w:pPr>
        <w:autoSpaceDE w:val="0"/>
        <w:autoSpaceDN w:val="0"/>
        <w:spacing w:after="0" w:line="445" w:lineRule="exact"/>
        <w:ind w:left="336" w:right="25"/>
        <w:jc w:val="center"/>
        <w:outlineLvl w:val="1"/>
        <w:rPr>
          <w:rFonts w:ascii="Palatino Linotype" w:eastAsia="Palatino Linotype" w:hAnsi="Palatino Linotype" w:cs="Palatino Linotype"/>
          <w:b/>
          <w:bCs/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bCs/>
          <w:sz w:val="36"/>
        </w:rPr>
        <w:t>I</w:t>
      </w:r>
      <w:r>
        <w:rPr>
          <w:rFonts w:ascii="Palatino Linotype" w:eastAsia="Palatino Linotype" w:hAnsi="Palatino Linotype" w:cs="Palatino Linotype"/>
          <w:b/>
          <w:bCs/>
          <w:sz w:val="24"/>
        </w:rPr>
        <w:t>STITUTO</w:t>
      </w:r>
      <w:r>
        <w:rPr>
          <w:rFonts w:ascii="Palatino Linotype" w:eastAsia="Palatino Linotype" w:hAnsi="Palatino Linotype" w:cs="Palatino Linotype"/>
          <w:b/>
          <w:bCs/>
          <w:spacing w:val="2"/>
          <w:sz w:val="24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36"/>
        </w:rPr>
        <w:t>P</w:t>
      </w:r>
      <w:r>
        <w:rPr>
          <w:rFonts w:ascii="Palatino Linotype" w:eastAsia="Palatino Linotype" w:hAnsi="Palatino Linotype" w:cs="Palatino Linotype"/>
          <w:b/>
          <w:bCs/>
          <w:sz w:val="24"/>
        </w:rPr>
        <w:t>ROFESSIONALE</w:t>
      </w:r>
      <w:r>
        <w:rPr>
          <w:rFonts w:ascii="Palatino Linotype" w:eastAsia="Palatino Linotype" w:hAnsi="Palatino Linotype" w:cs="Palatino Linotype"/>
          <w:b/>
          <w:bCs/>
          <w:spacing w:val="14"/>
          <w:sz w:val="24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z w:val="28"/>
        </w:rPr>
        <w:t>D</w:t>
      </w:r>
      <w:r>
        <w:rPr>
          <w:rFonts w:ascii="Palatino Linotype" w:eastAsia="Palatino Linotype" w:hAnsi="Palatino Linotype" w:cs="Palatino Linotype"/>
          <w:b/>
          <w:bCs/>
          <w:sz w:val="24"/>
        </w:rPr>
        <w:t>I</w:t>
      </w:r>
      <w:r>
        <w:rPr>
          <w:rFonts w:ascii="Palatino Linotype" w:eastAsia="Palatino Linotype" w:hAnsi="Palatino Linotype" w:cs="Palatino Linotype"/>
          <w:b/>
          <w:bCs/>
          <w:spacing w:val="-1"/>
          <w:sz w:val="24"/>
        </w:rPr>
        <w:t xml:space="preserve"> </w:t>
      </w:r>
      <w:r>
        <w:rPr>
          <w:rFonts w:ascii="Palatino Linotype" w:eastAsia="Palatino Linotype" w:hAnsi="Palatino Linotype" w:cs="Palatino Linotype"/>
          <w:b/>
          <w:bCs/>
          <w:spacing w:val="-4"/>
          <w:sz w:val="36"/>
        </w:rPr>
        <w:t>S</w:t>
      </w:r>
      <w:r>
        <w:rPr>
          <w:rFonts w:ascii="Palatino Linotype" w:eastAsia="Palatino Linotype" w:hAnsi="Palatino Linotype" w:cs="Palatino Linotype"/>
          <w:b/>
          <w:bCs/>
          <w:spacing w:val="-4"/>
          <w:sz w:val="24"/>
        </w:rPr>
        <w:t>TATO</w:t>
      </w:r>
    </w:p>
    <w:p w14:paraId="579C3879" w14:textId="77777777" w:rsidR="00D55048" w:rsidRDefault="00D55048" w:rsidP="00D55048">
      <w:pPr>
        <w:spacing w:before="5" w:after="0" w:line="216" w:lineRule="auto"/>
        <w:ind w:left="722" w:right="409"/>
        <w:jc w:val="center"/>
        <w:rPr>
          <w:rFonts w:ascii="Palatino Linotype" w:eastAsia="Calibri" w:hAnsi="Palatino Linotype" w:cs="Times New Roman"/>
          <w:b/>
          <w:sz w:val="24"/>
        </w:rPr>
      </w:pPr>
      <w:r>
        <w:rPr>
          <w:rFonts w:ascii="Palatino Linotype" w:hAnsi="Palatino Linotype"/>
          <w:b/>
          <w:sz w:val="28"/>
        </w:rPr>
        <w:t>S</w:t>
      </w:r>
      <w:r>
        <w:rPr>
          <w:rFonts w:ascii="Palatino Linotype" w:hAnsi="Palatino Linotype"/>
          <w:b/>
          <w:sz w:val="24"/>
        </w:rPr>
        <w:t>ERVIZI</w:t>
      </w:r>
      <w:r>
        <w:rPr>
          <w:rFonts w:ascii="Palatino Linotype" w:hAnsi="Palatino Linotype"/>
          <w:b/>
          <w:spacing w:val="-1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PER</w:t>
      </w:r>
      <w:r>
        <w:rPr>
          <w:rFonts w:ascii="Palatino Linotype" w:hAnsi="Palatino Linotype"/>
          <w:b/>
          <w:spacing w:val="-1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L’</w:t>
      </w:r>
      <w:r>
        <w:rPr>
          <w:rFonts w:ascii="Palatino Linotype" w:hAnsi="Palatino Linotype"/>
          <w:b/>
          <w:sz w:val="28"/>
        </w:rPr>
        <w:t>E</w:t>
      </w:r>
      <w:r>
        <w:rPr>
          <w:rFonts w:ascii="Palatino Linotype" w:hAnsi="Palatino Linotype"/>
          <w:b/>
          <w:sz w:val="24"/>
        </w:rPr>
        <w:t>NOGASTRONOMIA</w:t>
      </w:r>
      <w:r>
        <w:rPr>
          <w:rFonts w:ascii="Palatino Linotype" w:hAnsi="Palatino Linotype"/>
          <w:b/>
          <w:spacing w:val="-1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E</w:t>
      </w:r>
      <w:r>
        <w:rPr>
          <w:rFonts w:ascii="Palatino Linotype" w:hAnsi="Palatino Linotype"/>
          <w:b/>
          <w:spacing w:val="-15"/>
          <w:sz w:val="24"/>
        </w:rPr>
        <w:t xml:space="preserve"> </w:t>
      </w:r>
      <w:r>
        <w:rPr>
          <w:rFonts w:ascii="Palatino Linotype" w:hAnsi="Palatino Linotype"/>
          <w:b/>
          <w:sz w:val="24"/>
        </w:rPr>
        <w:t>L’</w:t>
      </w:r>
      <w:r>
        <w:rPr>
          <w:rFonts w:ascii="Palatino Linotype" w:hAnsi="Palatino Linotype"/>
          <w:b/>
          <w:sz w:val="28"/>
        </w:rPr>
        <w:t>O</w:t>
      </w:r>
      <w:r>
        <w:rPr>
          <w:rFonts w:ascii="Palatino Linotype" w:hAnsi="Palatino Linotype"/>
          <w:b/>
          <w:sz w:val="24"/>
        </w:rPr>
        <w:t>SPITALITÀ</w:t>
      </w:r>
      <w:r>
        <w:rPr>
          <w:rFonts w:ascii="Palatino Linotype" w:hAnsi="Palatino Linotype"/>
          <w:b/>
          <w:spacing w:val="-11"/>
          <w:sz w:val="24"/>
        </w:rPr>
        <w:t xml:space="preserve"> </w:t>
      </w:r>
      <w:r>
        <w:rPr>
          <w:rFonts w:ascii="Palatino Linotype" w:hAnsi="Palatino Linotype"/>
          <w:b/>
          <w:sz w:val="28"/>
        </w:rPr>
        <w:t>A</w:t>
      </w:r>
      <w:r>
        <w:rPr>
          <w:rFonts w:ascii="Palatino Linotype" w:hAnsi="Palatino Linotype"/>
          <w:b/>
          <w:sz w:val="24"/>
        </w:rPr>
        <w:t>LBERGHIERA “CARMINE RUSSO - UGO TOGNAZZI”</w:t>
      </w:r>
    </w:p>
    <w:p w14:paraId="1F2F65B5" w14:textId="3BBAA291" w:rsidR="00D55048" w:rsidRPr="00AC3DB8" w:rsidRDefault="00D55048" w:rsidP="00D55048">
      <w:pPr>
        <w:spacing w:after="0"/>
        <w:ind w:left="310"/>
        <w:jc w:val="center"/>
        <w:rPr>
          <w:rFonts w:ascii="Times New Roman" w:hAnsi="Times New Roman" w:cs="Times New Roman"/>
          <w:sz w:val="16"/>
          <w:szCs w:val="16"/>
        </w:rPr>
      </w:pPr>
      <w:r w:rsidRPr="00AC3DB8">
        <w:rPr>
          <w:rFonts w:ascii="Times New Roman" w:hAnsi="Times New Roman" w:cs="Times New Roman"/>
          <w:sz w:val="16"/>
          <w:szCs w:val="16"/>
        </w:rPr>
        <w:t>SEDE</w:t>
      </w:r>
      <w:r w:rsidRPr="00AC3DB8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LEGALE:</w:t>
      </w:r>
      <w:r w:rsidRPr="00AC3DB8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Via</w:t>
      </w:r>
      <w:r w:rsidRPr="00AC3DB8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G.</w:t>
      </w:r>
      <w:r w:rsidRPr="00AC3DB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Bruno</w:t>
      </w:r>
      <w:r w:rsidRPr="00AC3DB8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Iª</w:t>
      </w:r>
      <w:r w:rsidRPr="00AC3DB8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Trav.</w:t>
      </w:r>
      <w:r w:rsidRPr="00AC3DB8">
        <w:rPr>
          <w:rFonts w:ascii="Times New Roman" w:hAnsi="Times New Roman" w:cs="Times New Roman"/>
          <w:spacing w:val="33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-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80033</w:t>
      </w:r>
      <w:r w:rsidRPr="00AC3DB8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proofErr w:type="spellStart"/>
      <w:r w:rsidRPr="00AC3DB8">
        <w:rPr>
          <w:rFonts w:ascii="Times New Roman" w:hAnsi="Times New Roman" w:cs="Times New Roman"/>
          <w:sz w:val="16"/>
          <w:szCs w:val="16"/>
        </w:rPr>
        <w:t>Cicciano</w:t>
      </w:r>
      <w:proofErr w:type="spellEnd"/>
      <w:r w:rsidRPr="00AC3DB8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-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Tel.</w:t>
      </w:r>
      <w:r w:rsidRPr="00AC3DB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0818261661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-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Fax</w:t>
      </w:r>
      <w:r w:rsidRPr="00AC3DB8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0810146344</w:t>
      </w:r>
      <w:r w:rsidRPr="00AC3DB8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-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Cod.</w:t>
      </w:r>
      <w:r w:rsidRPr="00AC3DB8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Fisc.</w:t>
      </w:r>
      <w:r w:rsidRPr="00AC3DB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92073450634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-</w:t>
      </w:r>
      <w:r w:rsidRPr="00AC3DB8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Cod.</w:t>
      </w:r>
      <w:r w:rsidRPr="00AC3DB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AC3DB8">
        <w:rPr>
          <w:rFonts w:ascii="Times New Roman" w:hAnsi="Times New Roman" w:cs="Times New Roman"/>
          <w:sz w:val="16"/>
          <w:szCs w:val="16"/>
        </w:rPr>
        <w:t>Mecc</w:t>
      </w:r>
      <w:proofErr w:type="spellEnd"/>
      <w:r w:rsidRPr="00AC3DB8">
        <w:rPr>
          <w:rFonts w:ascii="Times New Roman" w:hAnsi="Times New Roman" w:cs="Times New Roman"/>
          <w:sz w:val="16"/>
          <w:szCs w:val="16"/>
        </w:rPr>
        <w:t>.</w:t>
      </w:r>
      <w:r w:rsidRPr="00AC3DB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C3DB8">
        <w:rPr>
          <w:rFonts w:ascii="Times New Roman" w:hAnsi="Times New Roman" w:cs="Times New Roman"/>
          <w:sz w:val="16"/>
          <w:szCs w:val="16"/>
        </w:rPr>
        <w:t>NARH28000V</w:t>
      </w:r>
      <w:r w:rsidR="00AC3DB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AC3DB8">
        <w:rPr>
          <w:rFonts w:ascii="Times New Roman" w:hAnsi="Times New Roman" w:cs="Times New Roman"/>
          <w:sz w:val="16"/>
          <w:szCs w:val="16"/>
        </w:rPr>
        <w:t>SEDE COORDINATA: Viale Italia Parco Europa – 80040 POLLENA TROCCHIA (NA) Tel 0815303999 - 0815308701 - Cod. Mecc.NARH28001X</w:t>
      </w:r>
    </w:p>
    <w:p w14:paraId="388B341F" w14:textId="7EE57936" w:rsidR="00D55048" w:rsidRPr="00D55048" w:rsidRDefault="00D55048" w:rsidP="00D55048">
      <w:pPr>
        <w:spacing w:before="2" w:after="0"/>
        <w:ind w:left="722" w:right="413"/>
        <w:jc w:val="center"/>
        <w:rPr>
          <w:sz w:val="18"/>
        </w:rPr>
      </w:pPr>
      <w:proofErr w:type="gramStart"/>
      <w:r>
        <w:rPr>
          <w:b/>
          <w:spacing w:val="-4"/>
          <w:sz w:val="18"/>
        </w:rPr>
        <w:t>Ema</w:t>
      </w:r>
      <w:r w:rsidR="00AC3DB8">
        <w:rPr>
          <w:b/>
          <w:spacing w:val="-4"/>
          <w:sz w:val="18"/>
        </w:rPr>
        <w:t>il :</w:t>
      </w:r>
      <w:proofErr w:type="gramEnd"/>
      <w:r w:rsidR="00AC3DB8">
        <w:fldChar w:fldCharType="begin"/>
      </w:r>
      <w:r w:rsidR="00AC3DB8">
        <w:instrText>HYPERLINK "mailto:%20narh28000v@istruzione.it"</w:instrText>
      </w:r>
      <w:r w:rsidR="00AC3DB8">
        <w:fldChar w:fldCharType="separate"/>
      </w:r>
      <w:r w:rsidR="00AC3DB8" w:rsidRPr="005F19E6">
        <w:rPr>
          <w:rStyle w:val="Collegamentoipertestuale"/>
          <w:sz w:val="18"/>
        </w:rPr>
        <w:t xml:space="preserve"> </w:t>
      </w:r>
      <w:r w:rsidR="00AC3DB8" w:rsidRPr="005F19E6">
        <w:rPr>
          <w:rStyle w:val="Collegamentoipertestuale"/>
          <w:spacing w:val="-4"/>
          <w:sz w:val="18"/>
        </w:rPr>
        <w:t>narh28000v@istruzione.it</w:t>
      </w:r>
      <w:r w:rsidR="00AC3DB8">
        <w:fldChar w:fldCharType="end"/>
      </w:r>
      <w:r>
        <w:rPr>
          <w:spacing w:val="11"/>
          <w:sz w:val="18"/>
        </w:rPr>
        <w:t xml:space="preserve"> </w:t>
      </w:r>
      <w:r>
        <w:rPr>
          <w:b/>
          <w:spacing w:val="-4"/>
          <w:sz w:val="18"/>
        </w:rPr>
        <w:t>-</w:t>
      </w:r>
      <w:r>
        <w:rPr>
          <w:b/>
          <w:spacing w:val="13"/>
          <w:sz w:val="18"/>
        </w:rPr>
        <w:t xml:space="preserve"> </w:t>
      </w:r>
      <w:hyperlink r:id="rId10" w:history="1">
        <w:r>
          <w:rPr>
            <w:rStyle w:val="Collegamentoipertestuale"/>
            <w:spacing w:val="-4"/>
            <w:sz w:val="18"/>
          </w:rPr>
          <w:t>narh28000v@pec.istruzione.it</w:t>
        </w:r>
      </w:hyperlink>
      <w:r>
        <w:rPr>
          <w:spacing w:val="11"/>
          <w:sz w:val="18"/>
        </w:rPr>
        <w:t xml:space="preserve"> </w:t>
      </w:r>
      <w:r>
        <w:rPr>
          <w:spacing w:val="-4"/>
          <w:sz w:val="18"/>
        </w:rPr>
        <w:t>-</w:t>
      </w:r>
      <w:r>
        <w:rPr>
          <w:spacing w:val="9"/>
          <w:sz w:val="18"/>
        </w:rPr>
        <w:t xml:space="preserve"> </w:t>
      </w:r>
      <w:proofErr w:type="spellStart"/>
      <w:r>
        <w:rPr>
          <w:b/>
          <w:spacing w:val="-4"/>
          <w:sz w:val="18"/>
        </w:rPr>
        <w:t>sito</w:t>
      </w:r>
      <w:proofErr w:type="spellEnd"/>
      <w:r>
        <w:fldChar w:fldCharType="begin"/>
      </w:r>
      <w:r>
        <w:instrText xml:space="preserve"> HYPERLINK "http://www.ipsseoacicciano.edu.it/" </w:instrText>
      </w:r>
      <w:r>
        <w:fldChar w:fldCharType="separate"/>
      </w:r>
      <w:r>
        <w:rPr>
          <w:rStyle w:val="Collegamentoipertestuale"/>
          <w:spacing w:val="-4"/>
          <w:sz w:val="18"/>
        </w:rPr>
        <w:t>:</w:t>
      </w:r>
      <w:r>
        <w:rPr>
          <w:rStyle w:val="Collegamentoipertestuale"/>
          <w:spacing w:val="9"/>
          <w:sz w:val="18"/>
        </w:rPr>
        <w:t xml:space="preserve"> </w:t>
      </w:r>
      <w:r>
        <w:rPr>
          <w:rStyle w:val="Collegamentoipertestuale"/>
          <w:spacing w:val="-4"/>
          <w:sz w:val="18"/>
        </w:rPr>
        <w:t>www.ipsseoacicciano.edu.it</w:t>
      </w:r>
      <w:r>
        <w:fldChar w:fldCharType="end"/>
      </w:r>
    </w:p>
    <w:p w14:paraId="29F04EE7" w14:textId="23EF909A" w:rsidR="006302EB" w:rsidRPr="00924220" w:rsidRDefault="00ED61FC">
      <w:pPr>
        <w:pStyle w:val="Titolo1"/>
        <w:jc w:val="center"/>
        <w:rPr>
          <w:color w:val="auto"/>
        </w:rPr>
      </w:pPr>
      <w:r w:rsidRPr="00924220">
        <w:rPr>
          <w:color w:val="auto"/>
        </w:rPr>
        <w:t>SCHEDA DI MONITORAGGIO ATTIVITÀ INCLUSIVE</w:t>
      </w:r>
    </w:p>
    <w:p w14:paraId="030FBA81" w14:textId="77777777" w:rsidR="006302EB" w:rsidRDefault="00ED61FC">
      <w:pPr>
        <w:jc w:val="center"/>
      </w:pPr>
      <w:r>
        <w:rPr>
          <w:i/>
        </w:rPr>
        <w:t>Alunni DSA/BES – Primo / Secondo Quadrimestre</w:t>
      </w:r>
    </w:p>
    <w:p w14:paraId="0D729E63" w14:textId="77777777" w:rsidR="006302EB" w:rsidRDefault="006302EB"/>
    <w:p w14:paraId="0133064D" w14:textId="77777777" w:rsidR="006302EB" w:rsidRDefault="00ED61FC">
      <w:r>
        <w:rPr>
          <w:b/>
        </w:rPr>
        <w:t xml:space="preserve">Coordinatore di classe: </w:t>
      </w:r>
      <w:r>
        <w:t xml:space="preserve">____________________    </w:t>
      </w:r>
      <w:r>
        <w:rPr>
          <w:b/>
        </w:rPr>
        <w:t xml:space="preserve">Classe: </w:t>
      </w:r>
      <w:r>
        <w:t>________</w:t>
      </w:r>
    </w:p>
    <w:p w14:paraId="1D856349" w14:textId="77777777" w:rsidR="006302EB" w:rsidRDefault="00ED61FC">
      <w:r>
        <w:rPr>
          <w:b/>
        </w:rPr>
        <w:t xml:space="preserve">Quadrimestre: </w:t>
      </w:r>
      <w:r>
        <w:t>☐ Primo    ☐ Secondo</w:t>
      </w:r>
    </w:p>
    <w:tbl>
      <w:tblPr>
        <w:tblStyle w:val="Grigliatabella"/>
        <w:tblW w:w="9634" w:type="dxa"/>
        <w:jc w:val="center"/>
        <w:tblLook w:val="04A0" w:firstRow="1" w:lastRow="0" w:firstColumn="1" w:lastColumn="0" w:noHBand="0" w:noVBand="1"/>
      </w:tblPr>
      <w:tblGrid>
        <w:gridCol w:w="1172"/>
        <w:gridCol w:w="1617"/>
        <w:gridCol w:w="1206"/>
        <w:gridCol w:w="1294"/>
        <w:gridCol w:w="1172"/>
        <w:gridCol w:w="1086"/>
        <w:gridCol w:w="2087"/>
      </w:tblGrid>
      <w:tr w:rsidR="006302EB" w14:paraId="50EC028C" w14:textId="77777777" w:rsidTr="00D55048">
        <w:trPr>
          <w:jc w:val="center"/>
        </w:trPr>
        <w:tc>
          <w:tcPr>
            <w:tcW w:w="1172" w:type="dxa"/>
          </w:tcPr>
          <w:p w14:paraId="213E9A8D" w14:textId="77777777" w:rsidR="006302EB" w:rsidRDefault="00ED61FC">
            <w:r>
              <w:rPr>
                <w:b/>
              </w:rPr>
              <w:t xml:space="preserve">Nome </w:t>
            </w:r>
            <w:proofErr w:type="spellStart"/>
            <w:r>
              <w:rPr>
                <w:b/>
              </w:rPr>
              <w:t>alunno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i</w:t>
            </w:r>
            <w:proofErr w:type="spellEnd"/>
          </w:p>
        </w:tc>
        <w:tc>
          <w:tcPr>
            <w:tcW w:w="1617" w:type="dxa"/>
          </w:tcPr>
          <w:p w14:paraId="79BBC695" w14:textId="77777777" w:rsidR="006302EB" w:rsidRDefault="00ED61FC">
            <w:r>
              <w:rPr>
                <w:b/>
              </w:rPr>
              <w:t>Progetti curricolari / extracurriculari</w:t>
            </w:r>
          </w:p>
        </w:tc>
        <w:tc>
          <w:tcPr>
            <w:tcW w:w="1206" w:type="dxa"/>
          </w:tcPr>
          <w:p w14:paraId="33BE42E5" w14:textId="28C6EB22" w:rsidR="006302EB" w:rsidRDefault="00674B7B">
            <w:proofErr w:type="spellStart"/>
            <w:r>
              <w:rPr>
                <w:b/>
              </w:rPr>
              <w:t>L</w:t>
            </w:r>
            <w:r w:rsidR="00ED61FC">
              <w:rPr>
                <w:b/>
              </w:rPr>
              <w:t>aboratori</w:t>
            </w:r>
            <w:proofErr w:type="spellEnd"/>
            <w:r w:rsidR="00ED61FC">
              <w:rPr>
                <w:b/>
              </w:rPr>
              <w:t xml:space="preserve"> e </w:t>
            </w:r>
            <w:proofErr w:type="spellStart"/>
            <w:r w:rsidR="00ED61FC">
              <w:rPr>
                <w:b/>
              </w:rPr>
              <w:t>percorsi</w:t>
            </w:r>
            <w:proofErr w:type="spellEnd"/>
            <w:r w:rsidR="00ED61FC">
              <w:rPr>
                <w:b/>
              </w:rPr>
              <w:t xml:space="preserve"> </w:t>
            </w:r>
            <w:proofErr w:type="spellStart"/>
            <w:r w:rsidR="00ED61FC">
              <w:rPr>
                <w:b/>
              </w:rPr>
              <w:t>formativi</w:t>
            </w:r>
            <w:proofErr w:type="spellEnd"/>
          </w:p>
        </w:tc>
        <w:tc>
          <w:tcPr>
            <w:tcW w:w="1294" w:type="dxa"/>
          </w:tcPr>
          <w:p w14:paraId="251917B2" w14:textId="77777777" w:rsidR="006302EB" w:rsidRDefault="00ED61FC">
            <w:r>
              <w:rPr>
                <w:b/>
              </w:rPr>
              <w:t>Uscite didattiche / Visite guidate / Viaggi d’istruzione</w:t>
            </w:r>
          </w:p>
        </w:tc>
        <w:tc>
          <w:tcPr>
            <w:tcW w:w="1172" w:type="dxa"/>
          </w:tcPr>
          <w:p w14:paraId="4EAECC99" w14:textId="77777777" w:rsidR="006302EB" w:rsidRDefault="00ED61FC">
            <w:r>
              <w:rPr>
                <w:b/>
              </w:rPr>
              <w:t>Eventi / Concorsi</w:t>
            </w:r>
          </w:p>
        </w:tc>
        <w:tc>
          <w:tcPr>
            <w:tcW w:w="1086" w:type="dxa"/>
          </w:tcPr>
          <w:p w14:paraId="22EBE79E" w14:textId="77777777" w:rsidR="006302EB" w:rsidRDefault="00ED61FC">
            <w:r>
              <w:rPr>
                <w:b/>
              </w:rPr>
              <w:t>Altro</w:t>
            </w:r>
          </w:p>
        </w:tc>
        <w:tc>
          <w:tcPr>
            <w:tcW w:w="2087" w:type="dxa"/>
          </w:tcPr>
          <w:p w14:paraId="4F2170AA" w14:textId="77777777" w:rsidR="006302EB" w:rsidRDefault="00ED61FC">
            <w:r>
              <w:rPr>
                <w:b/>
              </w:rPr>
              <w:t>Note</w:t>
            </w:r>
          </w:p>
        </w:tc>
      </w:tr>
      <w:tr w:rsidR="006302EB" w14:paraId="67A16E59" w14:textId="77777777" w:rsidTr="00D55048">
        <w:trPr>
          <w:jc w:val="center"/>
        </w:trPr>
        <w:tc>
          <w:tcPr>
            <w:tcW w:w="1172" w:type="dxa"/>
          </w:tcPr>
          <w:p w14:paraId="092A9811" w14:textId="77777777" w:rsidR="006302EB" w:rsidRDefault="006302EB"/>
        </w:tc>
        <w:tc>
          <w:tcPr>
            <w:tcW w:w="1617" w:type="dxa"/>
          </w:tcPr>
          <w:p w14:paraId="58DDFDE6" w14:textId="7237407B" w:rsidR="006302EB" w:rsidRDefault="006302EB"/>
          <w:p w14:paraId="4CB19350" w14:textId="77777777" w:rsidR="00674B7B" w:rsidRDefault="00674B7B"/>
          <w:p w14:paraId="42188A89" w14:textId="6261B15C" w:rsidR="00ED61FC" w:rsidRDefault="00ED61FC"/>
        </w:tc>
        <w:tc>
          <w:tcPr>
            <w:tcW w:w="1206" w:type="dxa"/>
          </w:tcPr>
          <w:p w14:paraId="428772C0" w14:textId="77777777" w:rsidR="006302EB" w:rsidRDefault="006302EB"/>
        </w:tc>
        <w:tc>
          <w:tcPr>
            <w:tcW w:w="1294" w:type="dxa"/>
          </w:tcPr>
          <w:p w14:paraId="614A0671" w14:textId="77777777" w:rsidR="006302EB" w:rsidRDefault="006302EB"/>
        </w:tc>
        <w:tc>
          <w:tcPr>
            <w:tcW w:w="1172" w:type="dxa"/>
          </w:tcPr>
          <w:p w14:paraId="6FE5FCF5" w14:textId="77777777" w:rsidR="006302EB" w:rsidRDefault="006302EB"/>
        </w:tc>
        <w:tc>
          <w:tcPr>
            <w:tcW w:w="1086" w:type="dxa"/>
          </w:tcPr>
          <w:p w14:paraId="65263006" w14:textId="77777777" w:rsidR="006302EB" w:rsidRDefault="006302EB"/>
        </w:tc>
        <w:tc>
          <w:tcPr>
            <w:tcW w:w="2087" w:type="dxa"/>
          </w:tcPr>
          <w:p w14:paraId="050D3B1D" w14:textId="77777777" w:rsidR="006302EB" w:rsidRDefault="006302EB"/>
        </w:tc>
      </w:tr>
      <w:tr w:rsidR="006302EB" w14:paraId="494B8093" w14:textId="77777777" w:rsidTr="00D55048">
        <w:trPr>
          <w:jc w:val="center"/>
        </w:trPr>
        <w:tc>
          <w:tcPr>
            <w:tcW w:w="1172" w:type="dxa"/>
          </w:tcPr>
          <w:p w14:paraId="3713299E" w14:textId="77777777" w:rsidR="006302EB" w:rsidRDefault="006302EB"/>
        </w:tc>
        <w:tc>
          <w:tcPr>
            <w:tcW w:w="1617" w:type="dxa"/>
          </w:tcPr>
          <w:p w14:paraId="6D83F094" w14:textId="536D3BCD" w:rsidR="006302EB" w:rsidRDefault="006302EB"/>
          <w:p w14:paraId="209C1C37" w14:textId="77777777" w:rsidR="00674B7B" w:rsidRDefault="00674B7B"/>
          <w:p w14:paraId="753071B4" w14:textId="57623479" w:rsidR="00ED61FC" w:rsidRDefault="00ED61FC"/>
        </w:tc>
        <w:tc>
          <w:tcPr>
            <w:tcW w:w="1206" w:type="dxa"/>
          </w:tcPr>
          <w:p w14:paraId="5E870864" w14:textId="77777777" w:rsidR="006302EB" w:rsidRDefault="006302EB"/>
        </w:tc>
        <w:tc>
          <w:tcPr>
            <w:tcW w:w="1294" w:type="dxa"/>
          </w:tcPr>
          <w:p w14:paraId="7D59C3DC" w14:textId="77777777" w:rsidR="006302EB" w:rsidRDefault="006302EB"/>
        </w:tc>
        <w:tc>
          <w:tcPr>
            <w:tcW w:w="1172" w:type="dxa"/>
          </w:tcPr>
          <w:p w14:paraId="77BBBF76" w14:textId="77777777" w:rsidR="006302EB" w:rsidRDefault="006302EB"/>
        </w:tc>
        <w:tc>
          <w:tcPr>
            <w:tcW w:w="1086" w:type="dxa"/>
          </w:tcPr>
          <w:p w14:paraId="78AD0B79" w14:textId="77777777" w:rsidR="006302EB" w:rsidRDefault="006302EB"/>
        </w:tc>
        <w:tc>
          <w:tcPr>
            <w:tcW w:w="2087" w:type="dxa"/>
          </w:tcPr>
          <w:p w14:paraId="219E19AB" w14:textId="77777777" w:rsidR="006302EB" w:rsidRDefault="006302EB"/>
        </w:tc>
      </w:tr>
      <w:tr w:rsidR="006302EB" w14:paraId="4E12DE19" w14:textId="77777777" w:rsidTr="00D55048">
        <w:trPr>
          <w:jc w:val="center"/>
        </w:trPr>
        <w:tc>
          <w:tcPr>
            <w:tcW w:w="1172" w:type="dxa"/>
          </w:tcPr>
          <w:p w14:paraId="70905DDE" w14:textId="77777777" w:rsidR="006302EB" w:rsidRDefault="006302EB"/>
        </w:tc>
        <w:tc>
          <w:tcPr>
            <w:tcW w:w="1617" w:type="dxa"/>
          </w:tcPr>
          <w:p w14:paraId="216987B5" w14:textId="1FF31D4F" w:rsidR="006302EB" w:rsidRDefault="006302EB"/>
          <w:p w14:paraId="4CB8236F" w14:textId="77777777" w:rsidR="00674B7B" w:rsidRDefault="00674B7B"/>
          <w:p w14:paraId="6D6DFF03" w14:textId="79B149CF" w:rsidR="00ED61FC" w:rsidRDefault="00ED61FC"/>
        </w:tc>
        <w:tc>
          <w:tcPr>
            <w:tcW w:w="1206" w:type="dxa"/>
          </w:tcPr>
          <w:p w14:paraId="2FDD0F8D" w14:textId="77777777" w:rsidR="006302EB" w:rsidRDefault="006302EB"/>
        </w:tc>
        <w:tc>
          <w:tcPr>
            <w:tcW w:w="1294" w:type="dxa"/>
          </w:tcPr>
          <w:p w14:paraId="4EAA58A2" w14:textId="77777777" w:rsidR="006302EB" w:rsidRDefault="006302EB"/>
        </w:tc>
        <w:tc>
          <w:tcPr>
            <w:tcW w:w="1172" w:type="dxa"/>
          </w:tcPr>
          <w:p w14:paraId="78171278" w14:textId="77777777" w:rsidR="006302EB" w:rsidRDefault="006302EB"/>
        </w:tc>
        <w:tc>
          <w:tcPr>
            <w:tcW w:w="1086" w:type="dxa"/>
          </w:tcPr>
          <w:p w14:paraId="282C7AB5" w14:textId="77777777" w:rsidR="006302EB" w:rsidRDefault="006302EB"/>
        </w:tc>
        <w:tc>
          <w:tcPr>
            <w:tcW w:w="2087" w:type="dxa"/>
          </w:tcPr>
          <w:p w14:paraId="4D6C47FF" w14:textId="77777777" w:rsidR="006302EB" w:rsidRDefault="006302EB"/>
        </w:tc>
      </w:tr>
      <w:tr w:rsidR="006302EB" w14:paraId="477990F7" w14:textId="77777777" w:rsidTr="00D55048">
        <w:trPr>
          <w:jc w:val="center"/>
        </w:trPr>
        <w:tc>
          <w:tcPr>
            <w:tcW w:w="1172" w:type="dxa"/>
          </w:tcPr>
          <w:p w14:paraId="44DF4477" w14:textId="77777777" w:rsidR="006302EB" w:rsidRDefault="006302EB"/>
        </w:tc>
        <w:tc>
          <w:tcPr>
            <w:tcW w:w="1617" w:type="dxa"/>
          </w:tcPr>
          <w:p w14:paraId="40D53E8D" w14:textId="4F343AF5" w:rsidR="006302EB" w:rsidRDefault="006302EB"/>
          <w:p w14:paraId="21C6967B" w14:textId="77777777" w:rsidR="00674B7B" w:rsidRDefault="00674B7B"/>
          <w:p w14:paraId="44526BD6" w14:textId="6887E7D1" w:rsidR="00ED61FC" w:rsidRDefault="00ED61FC"/>
        </w:tc>
        <w:tc>
          <w:tcPr>
            <w:tcW w:w="1206" w:type="dxa"/>
          </w:tcPr>
          <w:p w14:paraId="28FFCC15" w14:textId="77777777" w:rsidR="006302EB" w:rsidRDefault="006302EB"/>
        </w:tc>
        <w:tc>
          <w:tcPr>
            <w:tcW w:w="1294" w:type="dxa"/>
          </w:tcPr>
          <w:p w14:paraId="78450536" w14:textId="77777777" w:rsidR="006302EB" w:rsidRDefault="006302EB"/>
        </w:tc>
        <w:tc>
          <w:tcPr>
            <w:tcW w:w="1172" w:type="dxa"/>
          </w:tcPr>
          <w:p w14:paraId="0AE5E2AE" w14:textId="77777777" w:rsidR="006302EB" w:rsidRDefault="006302EB"/>
        </w:tc>
        <w:tc>
          <w:tcPr>
            <w:tcW w:w="1086" w:type="dxa"/>
          </w:tcPr>
          <w:p w14:paraId="3035DCA4" w14:textId="77777777" w:rsidR="006302EB" w:rsidRDefault="006302EB"/>
        </w:tc>
        <w:tc>
          <w:tcPr>
            <w:tcW w:w="2087" w:type="dxa"/>
          </w:tcPr>
          <w:p w14:paraId="1D5E5898" w14:textId="77777777" w:rsidR="006302EB" w:rsidRDefault="006302EB"/>
        </w:tc>
      </w:tr>
      <w:tr w:rsidR="006302EB" w14:paraId="3AAEBCB1" w14:textId="77777777" w:rsidTr="00D55048">
        <w:trPr>
          <w:jc w:val="center"/>
        </w:trPr>
        <w:tc>
          <w:tcPr>
            <w:tcW w:w="1172" w:type="dxa"/>
          </w:tcPr>
          <w:p w14:paraId="1DBB3417" w14:textId="77777777" w:rsidR="006302EB" w:rsidRDefault="006302EB"/>
        </w:tc>
        <w:tc>
          <w:tcPr>
            <w:tcW w:w="1617" w:type="dxa"/>
          </w:tcPr>
          <w:p w14:paraId="1B3BC4B6" w14:textId="77777777" w:rsidR="006302EB" w:rsidRDefault="006302EB"/>
          <w:p w14:paraId="6FAEF848" w14:textId="77777777" w:rsidR="00674B7B" w:rsidRDefault="00674B7B"/>
          <w:p w14:paraId="31CA2076" w14:textId="1BFDB900" w:rsidR="00674B7B" w:rsidRDefault="00674B7B"/>
        </w:tc>
        <w:tc>
          <w:tcPr>
            <w:tcW w:w="1206" w:type="dxa"/>
          </w:tcPr>
          <w:p w14:paraId="324C1AFF" w14:textId="77777777" w:rsidR="006302EB" w:rsidRDefault="006302EB"/>
        </w:tc>
        <w:tc>
          <w:tcPr>
            <w:tcW w:w="1294" w:type="dxa"/>
          </w:tcPr>
          <w:p w14:paraId="2CB47118" w14:textId="77777777" w:rsidR="006302EB" w:rsidRDefault="006302EB"/>
        </w:tc>
        <w:tc>
          <w:tcPr>
            <w:tcW w:w="1172" w:type="dxa"/>
          </w:tcPr>
          <w:p w14:paraId="216371FF" w14:textId="77777777" w:rsidR="006302EB" w:rsidRDefault="006302EB"/>
        </w:tc>
        <w:tc>
          <w:tcPr>
            <w:tcW w:w="1086" w:type="dxa"/>
          </w:tcPr>
          <w:p w14:paraId="7F191A07" w14:textId="77777777" w:rsidR="006302EB" w:rsidRDefault="006302EB"/>
        </w:tc>
        <w:tc>
          <w:tcPr>
            <w:tcW w:w="2087" w:type="dxa"/>
          </w:tcPr>
          <w:p w14:paraId="010868F2" w14:textId="77777777" w:rsidR="006302EB" w:rsidRDefault="006302EB"/>
        </w:tc>
      </w:tr>
      <w:tr w:rsidR="006302EB" w14:paraId="0F88093A" w14:textId="77777777" w:rsidTr="00D55048">
        <w:trPr>
          <w:jc w:val="center"/>
        </w:trPr>
        <w:tc>
          <w:tcPr>
            <w:tcW w:w="1172" w:type="dxa"/>
          </w:tcPr>
          <w:p w14:paraId="5C89B5A8" w14:textId="77777777" w:rsidR="006302EB" w:rsidRDefault="006302EB"/>
        </w:tc>
        <w:tc>
          <w:tcPr>
            <w:tcW w:w="1617" w:type="dxa"/>
          </w:tcPr>
          <w:p w14:paraId="249379A7" w14:textId="5EBE3769" w:rsidR="006302EB" w:rsidRDefault="006302EB"/>
          <w:p w14:paraId="426095DB" w14:textId="77777777" w:rsidR="00674B7B" w:rsidRDefault="00674B7B"/>
          <w:p w14:paraId="4D6BCD0D" w14:textId="77777777" w:rsidR="00ED61FC" w:rsidRDefault="00ED61FC"/>
          <w:p w14:paraId="76CCDFB4" w14:textId="77777777" w:rsidR="00206357" w:rsidRDefault="00206357"/>
          <w:p w14:paraId="4E1D7BFC" w14:textId="77777777" w:rsidR="00206357" w:rsidRDefault="00206357"/>
          <w:p w14:paraId="5F6D905E" w14:textId="77777777" w:rsidR="00206357" w:rsidRDefault="00206357"/>
          <w:p w14:paraId="2A0ACDCB" w14:textId="5C2A578C" w:rsidR="00206357" w:rsidRDefault="00206357"/>
        </w:tc>
        <w:tc>
          <w:tcPr>
            <w:tcW w:w="1206" w:type="dxa"/>
          </w:tcPr>
          <w:p w14:paraId="7B859D77" w14:textId="77777777" w:rsidR="006302EB" w:rsidRDefault="006302EB"/>
        </w:tc>
        <w:tc>
          <w:tcPr>
            <w:tcW w:w="1294" w:type="dxa"/>
          </w:tcPr>
          <w:p w14:paraId="4FF6CB53" w14:textId="77777777" w:rsidR="006302EB" w:rsidRDefault="006302EB"/>
        </w:tc>
        <w:tc>
          <w:tcPr>
            <w:tcW w:w="1172" w:type="dxa"/>
          </w:tcPr>
          <w:p w14:paraId="49E31AF9" w14:textId="77777777" w:rsidR="006302EB" w:rsidRDefault="006302EB"/>
        </w:tc>
        <w:tc>
          <w:tcPr>
            <w:tcW w:w="1086" w:type="dxa"/>
          </w:tcPr>
          <w:p w14:paraId="288EAAE9" w14:textId="77777777" w:rsidR="006302EB" w:rsidRDefault="006302EB"/>
        </w:tc>
        <w:tc>
          <w:tcPr>
            <w:tcW w:w="2087" w:type="dxa"/>
          </w:tcPr>
          <w:p w14:paraId="043F6811" w14:textId="77777777" w:rsidR="006302EB" w:rsidRDefault="006302EB"/>
        </w:tc>
      </w:tr>
      <w:tr w:rsidR="006302EB" w14:paraId="7227B363" w14:textId="77777777" w:rsidTr="00D55048">
        <w:trPr>
          <w:jc w:val="center"/>
        </w:trPr>
        <w:tc>
          <w:tcPr>
            <w:tcW w:w="1172" w:type="dxa"/>
          </w:tcPr>
          <w:p w14:paraId="70D6C09F" w14:textId="77777777" w:rsidR="006302EB" w:rsidRDefault="006302EB"/>
        </w:tc>
        <w:tc>
          <w:tcPr>
            <w:tcW w:w="1617" w:type="dxa"/>
          </w:tcPr>
          <w:p w14:paraId="73001366" w14:textId="0E61BCD1" w:rsidR="006302EB" w:rsidRDefault="006302EB"/>
          <w:p w14:paraId="569551A0" w14:textId="77777777" w:rsidR="00674B7B" w:rsidRDefault="00674B7B"/>
          <w:p w14:paraId="79A889B2" w14:textId="48AEBFC7" w:rsidR="00ED61FC" w:rsidRDefault="00ED61FC"/>
        </w:tc>
        <w:tc>
          <w:tcPr>
            <w:tcW w:w="1206" w:type="dxa"/>
          </w:tcPr>
          <w:p w14:paraId="51B76E45" w14:textId="77777777" w:rsidR="006302EB" w:rsidRDefault="006302EB"/>
        </w:tc>
        <w:tc>
          <w:tcPr>
            <w:tcW w:w="1294" w:type="dxa"/>
          </w:tcPr>
          <w:p w14:paraId="050E299B" w14:textId="77777777" w:rsidR="006302EB" w:rsidRDefault="006302EB"/>
        </w:tc>
        <w:tc>
          <w:tcPr>
            <w:tcW w:w="1172" w:type="dxa"/>
          </w:tcPr>
          <w:p w14:paraId="0B5EDF4D" w14:textId="77777777" w:rsidR="006302EB" w:rsidRDefault="006302EB"/>
        </w:tc>
        <w:tc>
          <w:tcPr>
            <w:tcW w:w="1086" w:type="dxa"/>
          </w:tcPr>
          <w:p w14:paraId="51A94518" w14:textId="77777777" w:rsidR="006302EB" w:rsidRDefault="006302EB"/>
        </w:tc>
        <w:tc>
          <w:tcPr>
            <w:tcW w:w="2087" w:type="dxa"/>
          </w:tcPr>
          <w:p w14:paraId="65CC856E" w14:textId="77777777" w:rsidR="006302EB" w:rsidRDefault="006302EB"/>
        </w:tc>
      </w:tr>
      <w:tr w:rsidR="006302EB" w14:paraId="27C99E7E" w14:textId="77777777" w:rsidTr="00D55048">
        <w:trPr>
          <w:jc w:val="center"/>
        </w:trPr>
        <w:tc>
          <w:tcPr>
            <w:tcW w:w="1172" w:type="dxa"/>
          </w:tcPr>
          <w:p w14:paraId="7819C26A" w14:textId="77777777" w:rsidR="006302EB" w:rsidRDefault="006302EB"/>
        </w:tc>
        <w:tc>
          <w:tcPr>
            <w:tcW w:w="1617" w:type="dxa"/>
          </w:tcPr>
          <w:p w14:paraId="2E181C6A" w14:textId="39694DB4" w:rsidR="006302EB" w:rsidRDefault="006302EB"/>
          <w:p w14:paraId="17D6BF6B" w14:textId="77777777" w:rsidR="00674B7B" w:rsidRDefault="00674B7B"/>
          <w:p w14:paraId="0F445A9E" w14:textId="64F535A6" w:rsidR="00ED61FC" w:rsidRDefault="00ED61FC"/>
        </w:tc>
        <w:tc>
          <w:tcPr>
            <w:tcW w:w="1206" w:type="dxa"/>
          </w:tcPr>
          <w:p w14:paraId="4C55077C" w14:textId="77777777" w:rsidR="006302EB" w:rsidRDefault="006302EB"/>
        </w:tc>
        <w:tc>
          <w:tcPr>
            <w:tcW w:w="1294" w:type="dxa"/>
          </w:tcPr>
          <w:p w14:paraId="750D00B4" w14:textId="77777777" w:rsidR="006302EB" w:rsidRDefault="006302EB"/>
        </w:tc>
        <w:tc>
          <w:tcPr>
            <w:tcW w:w="1172" w:type="dxa"/>
          </w:tcPr>
          <w:p w14:paraId="0EE0DF5F" w14:textId="77777777" w:rsidR="006302EB" w:rsidRDefault="006302EB"/>
        </w:tc>
        <w:tc>
          <w:tcPr>
            <w:tcW w:w="1086" w:type="dxa"/>
          </w:tcPr>
          <w:p w14:paraId="63E5FB3A" w14:textId="77777777" w:rsidR="006302EB" w:rsidRDefault="006302EB"/>
        </w:tc>
        <w:tc>
          <w:tcPr>
            <w:tcW w:w="2087" w:type="dxa"/>
          </w:tcPr>
          <w:p w14:paraId="08E3D75C" w14:textId="77777777" w:rsidR="006302EB" w:rsidRDefault="006302EB"/>
        </w:tc>
      </w:tr>
      <w:tr w:rsidR="006302EB" w14:paraId="4B8F0714" w14:textId="77777777" w:rsidTr="00D55048">
        <w:trPr>
          <w:jc w:val="center"/>
        </w:trPr>
        <w:tc>
          <w:tcPr>
            <w:tcW w:w="1172" w:type="dxa"/>
          </w:tcPr>
          <w:p w14:paraId="7CD218D8" w14:textId="77777777" w:rsidR="006302EB" w:rsidRDefault="006302EB"/>
        </w:tc>
        <w:tc>
          <w:tcPr>
            <w:tcW w:w="1617" w:type="dxa"/>
          </w:tcPr>
          <w:p w14:paraId="16CDB562" w14:textId="247A3B39" w:rsidR="006302EB" w:rsidRDefault="006302EB"/>
          <w:p w14:paraId="003EBAE6" w14:textId="77777777" w:rsidR="00674B7B" w:rsidRDefault="00674B7B"/>
          <w:p w14:paraId="231004D7" w14:textId="6E06D2B1" w:rsidR="00ED61FC" w:rsidRDefault="00ED61FC"/>
        </w:tc>
        <w:tc>
          <w:tcPr>
            <w:tcW w:w="1206" w:type="dxa"/>
          </w:tcPr>
          <w:p w14:paraId="38967503" w14:textId="77777777" w:rsidR="006302EB" w:rsidRDefault="006302EB"/>
        </w:tc>
        <w:tc>
          <w:tcPr>
            <w:tcW w:w="1294" w:type="dxa"/>
          </w:tcPr>
          <w:p w14:paraId="7F13C3CF" w14:textId="77777777" w:rsidR="006302EB" w:rsidRDefault="006302EB"/>
        </w:tc>
        <w:tc>
          <w:tcPr>
            <w:tcW w:w="1172" w:type="dxa"/>
          </w:tcPr>
          <w:p w14:paraId="344BE698" w14:textId="77777777" w:rsidR="006302EB" w:rsidRDefault="006302EB"/>
        </w:tc>
        <w:tc>
          <w:tcPr>
            <w:tcW w:w="1086" w:type="dxa"/>
          </w:tcPr>
          <w:p w14:paraId="5EDA1B93" w14:textId="77777777" w:rsidR="006302EB" w:rsidRDefault="006302EB"/>
        </w:tc>
        <w:tc>
          <w:tcPr>
            <w:tcW w:w="2087" w:type="dxa"/>
          </w:tcPr>
          <w:p w14:paraId="7060C5BE" w14:textId="77777777" w:rsidR="006302EB" w:rsidRDefault="006302EB"/>
        </w:tc>
      </w:tr>
      <w:tr w:rsidR="006302EB" w14:paraId="0A3DF3B0" w14:textId="77777777" w:rsidTr="00D55048">
        <w:trPr>
          <w:jc w:val="center"/>
        </w:trPr>
        <w:tc>
          <w:tcPr>
            <w:tcW w:w="1172" w:type="dxa"/>
          </w:tcPr>
          <w:p w14:paraId="490F6A40" w14:textId="77777777" w:rsidR="006302EB" w:rsidRDefault="006302EB"/>
        </w:tc>
        <w:tc>
          <w:tcPr>
            <w:tcW w:w="1617" w:type="dxa"/>
          </w:tcPr>
          <w:p w14:paraId="560CA29C" w14:textId="0194BE15" w:rsidR="006302EB" w:rsidRDefault="006302EB"/>
          <w:p w14:paraId="424CEBC5" w14:textId="77777777" w:rsidR="00674B7B" w:rsidRDefault="00674B7B"/>
          <w:p w14:paraId="6F6BE6E0" w14:textId="6CB4256C" w:rsidR="00ED61FC" w:rsidRDefault="00ED61FC"/>
        </w:tc>
        <w:tc>
          <w:tcPr>
            <w:tcW w:w="1206" w:type="dxa"/>
          </w:tcPr>
          <w:p w14:paraId="1985001C" w14:textId="77777777" w:rsidR="006302EB" w:rsidRDefault="006302EB"/>
        </w:tc>
        <w:tc>
          <w:tcPr>
            <w:tcW w:w="1294" w:type="dxa"/>
          </w:tcPr>
          <w:p w14:paraId="1E61F8D5" w14:textId="77777777" w:rsidR="006302EB" w:rsidRDefault="006302EB"/>
        </w:tc>
        <w:tc>
          <w:tcPr>
            <w:tcW w:w="1172" w:type="dxa"/>
          </w:tcPr>
          <w:p w14:paraId="2F93C1DF" w14:textId="77777777" w:rsidR="006302EB" w:rsidRDefault="006302EB"/>
        </w:tc>
        <w:tc>
          <w:tcPr>
            <w:tcW w:w="1086" w:type="dxa"/>
          </w:tcPr>
          <w:p w14:paraId="52814E38" w14:textId="77777777" w:rsidR="006302EB" w:rsidRDefault="006302EB"/>
        </w:tc>
        <w:tc>
          <w:tcPr>
            <w:tcW w:w="2087" w:type="dxa"/>
          </w:tcPr>
          <w:p w14:paraId="45A29BC0" w14:textId="77777777" w:rsidR="006302EB" w:rsidRDefault="006302EB"/>
        </w:tc>
      </w:tr>
    </w:tbl>
    <w:p w14:paraId="05BA5FBD" w14:textId="77777777" w:rsidR="006302EB" w:rsidRDefault="006302EB"/>
    <w:p w14:paraId="59F77CFF" w14:textId="77777777" w:rsidR="006302EB" w:rsidRDefault="00ED61FC">
      <w:proofErr w:type="gramStart"/>
      <w:r>
        <w:rPr>
          <w:b/>
        </w:rPr>
        <w:t xml:space="preserve">Data: </w:t>
      </w:r>
      <w:r>
        <w:t>_</w:t>
      </w:r>
      <w:proofErr w:type="gramEnd"/>
      <w:r>
        <w:t>___ / ____ / ______</w:t>
      </w:r>
    </w:p>
    <w:p w14:paraId="06832A57" w14:textId="3A0EC0D6" w:rsidR="006302EB" w:rsidRDefault="00206357">
      <w:r>
        <w:rPr>
          <w:b/>
        </w:rPr>
        <w:t xml:space="preserve">                                                                                              </w:t>
      </w:r>
      <w:proofErr w:type="spellStart"/>
      <w:r w:rsidR="00ED61FC">
        <w:rPr>
          <w:b/>
        </w:rPr>
        <w:t>Firma</w:t>
      </w:r>
      <w:proofErr w:type="spellEnd"/>
      <w:r w:rsidR="00ED61FC">
        <w:rPr>
          <w:b/>
        </w:rPr>
        <w:t xml:space="preserve"> del </w:t>
      </w:r>
      <w:proofErr w:type="spellStart"/>
      <w:r w:rsidR="00ED61FC">
        <w:rPr>
          <w:b/>
        </w:rPr>
        <w:t>Coordinatore</w:t>
      </w:r>
      <w:proofErr w:type="spellEnd"/>
      <w:r w:rsidR="00ED61FC">
        <w:rPr>
          <w:b/>
        </w:rPr>
        <w:t xml:space="preserve">: </w:t>
      </w:r>
      <w:r w:rsidR="00ED61FC">
        <w:t>____________________________</w:t>
      </w:r>
    </w:p>
    <w:sectPr w:rsidR="006302EB" w:rsidSect="002063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918493">
    <w:abstractNumId w:val="8"/>
  </w:num>
  <w:num w:numId="2" w16cid:durableId="19555005">
    <w:abstractNumId w:val="6"/>
  </w:num>
  <w:num w:numId="3" w16cid:durableId="274362604">
    <w:abstractNumId w:val="5"/>
  </w:num>
  <w:num w:numId="4" w16cid:durableId="41252982">
    <w:abstractNumId w:val="4"/>
  </w:num>
  <w:num w:numId="5" w16cid:durableId="295987214">
    <w:abstractNumId w:val="7"/>
  </w:num>
  <w:num w:numId="6" w16cid:durableId="1753239075">
    <w:abstractNumId w:val="3"/>
  </w:num>
  <w:num w:numId="7" w16cid:durableId="1328098684">
    <w:abstractNumId w:val="2"/>
  </w:num>
  <w:num w:numId="8" w16cid:durableId="1990818860">
    <w:abstractNumId w:val="1"/>
  </w:num>
  <w:num w:numId="9" w16cid:durableId="186031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6357"/>
    <w:rsid w:val="0029639D"/>
    <w:rsid w:val="00326F90"/>
    <w:rsid w:val="0035069D"/>
    <w:rsid w:val="006302EB"/>
    <w:rsid w:val="00674B7B"/>
    <w:rsid w:val="00770C79"/>
    <w:rsid w:val="007D6E37"/>
    <w:rsid w:val="00847294"/>
    <w:rsid w:val="00924220"/>
    <w:rsid w:val="00AA1D8D"/>
    <w:rsid w:val="00AC3DB8"/>
    <w:rsid w:val="00B41116"/>
    <w:rsid w:val="00B47730"/>
    <w:rsid w:val="00CB0664"/>
    <w:rsid w:val="00D55048"/>
    <w:rsid w:val="00ED61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48070"/>
  <w14:defaultImageDpi w14:val="300"/>
  <w15:docId w15:val="{5C0C37E5-E031-4674-8C9E-6CA1482B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5504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arh28000v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Pascarella</cp:lastModifiedBy>
  <cp:revision>6</cp:revision>
  <dcterms:created xsi:type="dcterms:W3CDTF">2026-09-16T20:04:00Z</dcterms:created>
  <dcterms:modified xsi:type="dcterms:W3CDTF">2026-09-17T19:26:00Z</dcterms:modified>
  <cp:category/>
</cp:coreProperties>
</file>